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9A865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ALLEGATO A</w:t>
      </w:r>
    </w:p>
    <w:p w14:paraId="41ADE19D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MANIFESTAZIONE DI INTERESSE PER IL RICONOSCIMENTO DI UN INDENNIZZO “UNA TANTUM”</w:t>
      </w:r>
    </w:p>
    <w:p w14:paraId="46B52359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FAVORE DEI PROPRIETARI O DETENTORI DI IMMOBILI AD USO PRIVATO DANNEGGIATI DAGLI EVENTI ALLUVIONALI VERIFICATISI TRA L’11 E IL 20 FEBBRAIO 2026</w:t>
      </w:r>
    </w:p>
    <w:p w14:paraId="2E19D99C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30BE0C11" w14:textId="02F5DE7A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Riferimento normativo: </w:t>
      </w:r>
      <w:r w:rsidRPr="00C941B0">
        <w:rPr>
          <w:rFonts w:cs="Arial"/>
          <w:sz w:val="20"/>
          <w:szCs w:val="20"/>
          <w:lang w:val="it-IT"/>
        </w:rPr>
        <w:t xml:space="preserve">Legge regionale n. </w:t>
      </w:r>
      <w:r w:rsidR="00B43D92">
        <w:rPr>
          <w:rFonts w:cs="Arial"/>
          <w:sz w:val="20"/>
          <w:szCs w:val="20"/>
          <w:lang w:val="it-IT"/>
        </w:rPr>
        <w:t>32</w:t>
      </w:r>
      <w:r w:rsidRPr="00C941B0">
        <w:rPr>
          <w:rFonts w:cs="Arial"/>
          <w:sz w:val="20"/>
          <w:szCs w:val="20"/>
          <w:lang w:val="it-IT"/>
        </w:rPr>
        <w:t xml:space="preserve"> del __________, pubblicata sul BURC n. ______ del __________.</w:t>
      </w:r>
    </w:p>
    <w:p w14:paraId="05E1AC37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Disposizione di riferimento: </w:t>
      </w:r>
      <w:r w:rsidRPr="00C941B0">
        <w:rPr>
          <w:rFonts w:cs="Arial"/>
          <w:sz w:val="20"/>
          <w:szCs w:val="20"/>
          <w:lang w:val="it-IT"/>
        </w:rPr>
        <w:t>art. ____ / comma ____ (da completare con gli estremi definitivi).</w:t>
      </w:r>
    </w:p>
    <w:p w14:paraId="3D986AC2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024590CF" w14:textId="77777777" w:rsidR="00A1011C" w:rsidRPr="00C941B0" w:rsidRDefault="009006E1" w:rsidP="00154180">
      <w:pPr>
        <w:spacing w:after="0" w:line="240" w:lineRule="auto"/>
        <w:ind w:left="4321" w:firstLine="720"/>
        <w:rPr>
          <w:rFonts w:cs="Arial"/>
          <w:b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AL COMUNE DI </w:t>
      </w:r>
    </w:p>
    <w:p w14:paraId="1B4477D6" w14:textId="7AF7AAAB" w:rsidR="00E72F74" w:rsidRPr="00C941B0" w:rsidRDefault="00154180" w:rsidP="00154180">
      <w:pPr>
        <w:spacing w:after="0" w:line="240" w:lineRule="auto"/>
        <w:ind w:left="4321" w:firstLine="720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  <w:t>Cervicati (CS)</w:t>
      </w:r>
    </w:p>
    <w:p w14:paraId="2CB5FAAD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5C5E7F96" w14:textId="7DBEC31A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Il/La sottoscritto/a </w:t>
      </w: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</w:t>
      </w:r>
      <w:r w:rsidRPr="00C941B0">
        <w:rPr>
          <w:rFonts w:cs="Arial"/>
          <w:sz w:val="20"/>
          <w:szCs w:val="20"/>
          <w:lang w:val="it-IT"/>
        </w:rPr>
        <w:t>_________</w:t>
      </w:r>
    </w:p>
    <w:p w14:paraId="305174EF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nato/a </w:t>
      </w:r>
      <w:proofErr w:type="spellStart"/>
      <w:r w:rsidRPr="00C941B0">
        <w:rPr>
          <w:rFonts w:cs="Arial"/>
          <w:b/>
          <w:sz w:val="20"/>
          <w:szCs w:val="20"/>
          <w:lang w:val="it-IT"/>
        </w:rPr>
        <w:t>a</w:t>
      </w:r>
      <w:proofErr w:type="spellEnd"/>
      <w:r w:rsidRPr="00C941B0">
        <w:rPr>
          <w:rFonts w:cs="Arial"/>
          <w:b/>
          <w:sz w:val="20"/>
          <w:szCs w:val="20"/>
          <w:lang w:val="it-IT"/>
        </w:rPr>
        <w:t xml:space="preserve"> </w:t>
      </w:r>
      <w:r w:rsidRPr="00C941B0">
        <w:rPr>
          <w:rFonts w:cs="Arial"/>
          <w:sz w:val="20"/>
          <w:szCs w:val="20"/>
          <w:lang w:val="it-IT"/>
        </w:rPr>
        <w:t>__________________________________ il __________________</w:t>
      </w:r>
    </w:p>
    <w:p w14:paraId="3FFFCDB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C.F.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</w:t>
      </w:r>
    </w:p>
    <w:p w14:paraId="5382C31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residente a </w:t>
      </w:r>
      <w:r w:rsidRPr="00C941B0">
        <w:rPr>
          <w:rFonts w:cs="Arial"/>
          <w:sz w:val="20"/>
          <w:szCs w:val="20"/>
          <w:lang w:val="it-IT"/>
        </w:rPr>
        <w:t>__________________________________ CAP ______________</w:t>
      </w:r>
    </w:p>
    <w:p w14:paraId="5A83F1C5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________________________________________ n. __________</w:t>
      </w:r>
    </w:p>
    <w:p w14:paraId="12DF024A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telefono </w:t>
      </w:r>
      <w:r w:rsidRPr="00C941B0">
        <w:rPr>
          <w:rFonts w:cs="Arial"/>
          <w:sz w:val="20"/>
          <w:szCs w:val="20"/>
          <w:lang w:val="it-IT"/>
        </w:rPr>
        <w:t>________________________</w:t>
      </w:r>
    </w:p>
    <w:p w14:paraId="10677DB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e-mail/PEC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</w:t>
      </w:r>
    </w:p>
    <w:p w14:paraId="6D4DBA9A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qualità di:</w:t>
      </w:r>
    </w:p>
    <w:p w14:paraId="59FC94D7" w14:textId="77777777" w:rsidR="00E72F74" w:rsidRPr="00C941B0" w:rsidRDefault="009006E1" w:rsidP="00A1011C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4AC9025E" w14:textId="224999EB" w:rsidR="00C941B0" w:rsidRPr="00C941B0" w:rsidRDefault="009006E1" w:rsidP="00C941B0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a titolo di ______________________________.</w:t>
      </w:r>
    </w:p>
    <w:p w14:paraId="36AD81F8" w14:textId="736D7FB4" w:rsidR="00E72F74" w:rsidRPr="00C941B0" w:rsidRDefault="009006E1" w:rsidP="00C941B0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DATI DELL’IMMOBILE</w:t>
      </w:r>
    </w:p>
    <w:p w14:paraId="395FCB8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Comune </w:t>
      </w:r>
      <w:r w:rsidRPr="00C941B0">
        <w:rPr>
          <w:rFonts w:cs="Arial"/>
          <w:sz w:val="20"/>
          <w:szCs w:val="20"/>
          <w:lang w:val="it-IT"/>
        </w:rPr>
        <w:t>_______________________________________________</w:t>
      </w:r>
    </w:p>
    <w:p w14:paraId="2B0EE77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 n. __________</w:t>
      </w:r>
    </w:p>
    <w:p w14:paraId="7B8B7FB3" w14:textId="369236B5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Foglio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Particella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Subalterno </w:t>
      </w:r>
      <w:r w:rsidRPr="00C941B0">
        <w:rPr>
          <w:rFonts w:cs="Arial"/>
          <w:sz w:val="20"/>
          <w:szCs w:val="20"/>
          <w:lang w:val="it-IT"/>
        </w:rPr>
        <w:t>____________</w:t>
      </w:r>
    </w:p>
    <w:p w14:paraId="1387B6C5" w14:textId="0BE8C2F2"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CHIEDE</w:t>
      </w:r>
    </w:p>
    <w:p w14:paraId="587B5731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ammesso/a alla manifestazione di interesse finalizzata al riconoscimento di un indennizzo “una tantum” in favore dei proprietari o detentori di immobili ad uso privato che abbiano subito danni in conseguenza degli eventi alluvionali verificatisi tra l’11 e il 20 febbraio 2026.</w:t>
      </w:r>
    </w:p>
    <w:p w14:paraId="1D2C6995" w14:textId="4BDB4927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A tal fine, consapevole delle responsabilità penali previste dall’art. 76 del D.P.R. 28 dicembre 2000, n. 445 in caso di dichiarazioni mendaci e delle conseguenze previste dall’art. 75 del medesimo D.P.R.,</w:t>
      </w:r>
    </w:p>
    <w:p w14:paraId="62B0D74A" w14:textId="5CAC6BD6"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DICHIARA</w:t>
      </w:r>
    </w:p>
    <w:p w14:paraId="3540273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1. Titolo sull’immobile</w:t>
      </w:r>
    </w:p>
    <w:p w14:paraId="792D7A6A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60BE2400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in forza del seguente titolo:</w:t>
      </w:r>
    </w:p>
    <w:p w14:paraId="7977F8A0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</w:p>
    <w:p w14:paraId="0A8A102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lastRenderedPageBreak/>
        <w:t>__________________________________________________________________</w:t>
      </w:r>
    </w:p>
    <w:p w14:paraId="6D9A961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2. Destinazione dell’immobile</w:t>
      </w:r>
    </w:p>
    <w:p w14:paraId="5E7CB5B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l’immobile oggetto della presente istanza è destinato ad uso privato e:</w:t>
      </w:r>
    </w:p>
    <w:p w14:paraId="7154F54A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costituisce la residenza principale del/la sottoscritto/a;</w:t>
      </w:r>
    </w:p>
    <w:p w14:paraId="63530BB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non costituisce la residenza principale del/la sottoscritto/a.</w:t>
      </w:r>
    </w:p>
    <w:p w14:paraId="03F58B2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3. Danni subiti</w:t>
      </w:r>
    </w:p>
    <w:p w14:paraId="7DE833ED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aver subito danni all’immobile sopra indicato in conseguenza degli eventi alluvionali verificatisi tra l’11 e il 20 febbraio 2026.</w:t>
      </w:r>
    </w:p>
    <w:p w14:paraId="501D065B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 danni hanno interessato, in particolare:</w:t>
      </w:r>
    </w:p>
    <w:p w14:paraId="0489A342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strutture murarie;</w:t>
      </w:r>
    </w:p>
    <w:p w14:paraId="2F48D86B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impianti;</w:t>
      </w:r>
    </w:p>
    <w:p w14:paraId="18A3589D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infissi;</w:t>
      </w:r>
    </w:p>
    <w:p w14:paraId="4D8B4D69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pavimentazioni e rivestimenti;</w:t>
      </w:r>
    </w:p>
    <w:p w14:paraId="74258ED5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pertinenze;</w:t>
      </w:r>
    </w:p>
    <w:p w14:paraId="5FE56B7A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beni mobili presenti nell’immobile;</w:t>
      </w:r>
    </w:p>
    <w:p w14:paraId="7F5908F3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altro _________________________________.</w:t>
      </w:r>
    </w:p>
    <w:p w14:paraId="15B9461F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Descrizione dei danni subiti:</w:t>
      </w:r>
    </w:p>
    <w:p w14:paraId="7FC3BFD7" w14:textId="6E46287B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13A39E3C" w14:textId="7046F70C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</w:t>
      </w:r>
    </w:p>
    <w:p w14:paraId="06FA127B" w14:textId="22B02FF2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</w:t>
      </w:r>
    </w:p>
    <w:p w14:paraId="42A3B261" w14:textId="68BF879B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</w:p>
    <w:p w14:paraId="1CFF07D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4. Importo richiesto</w:t>
      </w:r>
    </w:p>
    <w:p w14:paraId="7EDC52F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relazione ai danni sopra descritti, il/la sottoscritto/a richiede il riconoscimento del seguente indennizzo:</w:t>
      </w:r>
    </w:p>
    <w:p w14:paraId="6568A13B" w14:textId="77777777" w:rsidR="00E72F74" w:rsidRPr="00C941B0" w:rsidRDefault="009006E1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€ __________________________</w:t>
      </w:r>
    </w:p>
    <w:p w14:paraId="79FE2EDE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consapevole che l’importo richiesto non potrà comunque essere superiore a € 5.000,00 qualora l’immobile costituisca la residenza principale del beneficiario e a € 2.000,00 negli altri casi.</w:t>
      </w:r>
    </w:p>
    <w:p w14:paraId="27590412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essere consapevole che l’importo indicato costituisce l’importo richiesto ai fini della ricognizione del fabbisogno finanziario e non determina automaticamente il riconoscimento dell’indennizzo nella misura richiesta.</w:t>
      </w:r>
    </w:p>
    <w:p w14:paraId="1CFDDF1D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L’importo effettivamente riconoscibile sarà determinato nel rispetto dei massimali previsti dalla disposizione regionale e delle risorse finanziarie disponibili, anche in relazione al successivo riparto proporzionale delle risorse tra i Comuni interessati.</w:t>
      </w:r>
    </w:p>
    <w:p w14:paraId="52651454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Pertanto, la presentazione della presente istanza e l’indicazione dell’importo richiesto non comportano alcun diritto all’erogazione dell’intero importo indicato.</w:t>
      </w:r>
    </w:p>
    <w:p w14:paraId="0AC9CE95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5. Altre forme di sostegno</w:t>
      </w:r>
    </w:p>
    <w:p w14:paraId="7B06EB77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lastRenderedPageBreak/>
        <w:t>☐</w:t>
      </w:r>
      <w:r w:rsidRPr="00C941B0">
        <w:rPr>
          <w:rFonts w:cs="Arial"/>
          <w:sz w:val="20"/>
          <w:szCs w:val="20"/>
          <w:lang w:val="it-IT"/>
        </w:rPr>
        <w:t xml:space="preserve"> di non aver ricevuto altre forme di indennizzo, contributo o sostegno finanziario per i medesimi danni;</w:t>
      </w:r>
    </w:p>
    <w:p w14:paraId="53841D0E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di aver ricevuto altre forme di indennizzo, contributo o sostegno finanziario per i medesimi danni, come di seguito specificato:</w:t>
      </w:r>
    </w:p>
    <w:p w14:paraId="0E5B806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Ente erogatore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675A7D02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Importo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157AA46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Misura/contributo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1D019B6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Data di erogazione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61B3505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6. Dichiarazioni e impegni</w:t>
      </w:r>
    </w:p>
    <w:p w14:paraId="13B3D94E" w14:textId="77777777" w:rsidR="00A1011C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le informazioni riportate nella presente istanza sono veritiere;</w:t>
      </w:r>
    </w:p>
    <w:p w14:paraId="7E70BBA7" w14:textId="13BEA45A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delle responsabilità previste dalla normativa vigente in caso di dichiarazioni mendaci;</w:t>
      </w:r>
    </w:p>
    <w:p w14:paraId="45DC023C" w14:textId="3832B49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impegnarsi a comunicare tempestivamente eventuali variazioni relative alle informazioni contenute nella presente istanza;</w:t>
      </w:r>
    </w:p>
    <w:p w14:paraId="244E8859" w14:textId="12B5488D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che il riconoscimento dell’indennizzo è subordinato alla verifica dei requisiti previsti dalla disposizione regionale;</w:t>
      </w:r>
    </w:p>
    <w:p w14:paraId="73D17BEC" w14:textId="3AC8EC4E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che l’indennizzo non è cumulabile con altre forme di sostegno finanziario per i medesimi eventi;</w:t>
      </w:r>
    </w:p>
    <w:p w14:paraId="468BF269" w14:textId="37E51F60" w:rsidR="00E72F74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autorizzare il Comune e il Dipartimento regionale competente in materia di protezione civile all’effettuazione delle verifiche previste dalla normativa</w:t>
      </w:r>
      <w:r w:rsidR="001D6E07">
        <w:rPr>
          <w:rFonts w:cs="Arial"/>
          <w:sz w:val="20"/>
          <w:szCs w:val="20"/>
          <w:lang w:val="it-IT"/>
        </w:rPr>
        <w:t>;</w:t>
      </w:r>
    </w:p>
    <w:p w14:paraId="55F60407" w14:textId="7BD41BE5" w:rsidR="001D6E07" w:rsidRPr="001D6E07" w:rsidRDefault="001D6E07" w:rsidP="001D6E07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1D6E07">
        <w:rPr>
          <w:rFonts w:cs="Arial"/>
          <w:sz w:val="20"/>
          <w:szCs w:val="20"/>
          <w:lang w:val="it-IT"/>
        </w:rPr>
        <w:t xml:space="preserve">di essere consapevole che l’amministrazione comunale effettuerà controlli sulla veridicità delle autocertificazioni e delle dichiarazioni sostitutive </w:t>
      </w:r>
      <w:proofErr w:type="gramStart"/>
      <w:r w:rsidRPr="001D6E07">
        <w:rPr>
          <w:rFonts w:cs="Arial"/>
          <w:sz w:val="20"/>
          <w:szCs w:val="20"/>
          <w:lang w:val="it-IT"/>
        </w:rPr>
        <w:t>procedendo  anche</w:t>
      </w:r>
      <w:proofErr w:type="gramEnd"/>
      <w:r w:rsidRPr="001D6E07">
        <w:rPr>
          <w:rFonts w:cs="Arial"/>
          <w:sz w:val="20"/>
          <w:szCs w:val="20"/>
          <w:lang w:val="it-IT"/>
        </w:rPr>
        <w:t xml:space="preserve"> a campione o in tutti i casi in cui sorg</w:t>
      </w:r>
      <w:r>
        <w:rPr>
          <w:rFonts w:cs="Arial"/>
          <w:sz w:val="20"/>
          <w:szCs w:val="20"/>
          <w:lang w:val="it-IT"/>
        </w:rPr>
        <w:t>a</w:t>
      </w:r>
      <w:r w:rsidRPr="001D6E07"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u</w:t>
      </w:r>
      <w:r w:rsidRPr="001D6E07">
        <w:rPr>
          <w:rFonts w:cs="Arial"/>
          <w:sz w:val="20"/>
          <w:szCs w:val="20"/>
          <w:lang w:val="it-IT"/>
        </w:rPr>
        <w:t>n "ragionevole o fondato dubbio" sulla veridicità di quanto dichiarato</w:t>
      </w:r>
      <w:r>
        <w:rPr>
          <w:rFonts w:cs="Arial"/>
          <w:sz w:val="20"/>
          <w:szCs w:val="20"/>
          <w:lang w:val="it-IT"/>
        </w:rPr>
        <w:t>.</w:t>
      </w:r>
    </w:p>
    <w:p w14:paraId="0C772A44" w14:textId="77777777" w:rsidR="001D6E07" w:rsidRPr="00B43D92" w:rsidRDefault="001D6E07" w:rsidP="001D6E07">
      <w:pPr>
        <w:pStyle w:val="Paragrafoelenco"/>
        <w:ind w:left="1003"/>
        <w:rPr>
          <w:lang w:val="it-IT"/>
        </w:rPr>
      </w:pPr>
    </w:p>
    <w:p w14:paraId="01DF92B8" w14:textId="2574CA07" w:rsidR="00E72F74" w:rsidRPr="001D6E07" w:rsidRDefault="009006E1" w:rsidP="001D6E07">
      <w:pPr>
        <w:pStyle w:val="Paragrafoelenco"/>
        <w:ind w:left="1003"/>
        <w:jc w:val="center"/>
        <w:rPr>
          <w:rFonts w:cs="Arial"/>
          <w:sz w:val="20"/>
          <w:szCs w:val="20"/>
          <w:lang w:val="it-IT"/>
        </w:rPr>
      </w:pPr>
      <w:r w:rsidRPr="001D6E07">
        <w:rPr>
          <w:rFonts w:cs="Arial"/>
          <w:b/>
          <w:sz w:val="20"/>
          <w:szCs w:val="20"/>
          <w:lang w:val="it-IT"/>
        </w:rPr>
        <w:t>MODALITÀ DI PAGAMENTO</w:t>
      </w:r>
    </w:p>
    <w:p w14:paraId="790C57E2" w14:textId="77777777" w:rsidR="00E72F74" w:rsidRPr="00C941B0" w:rsidRDefault="009006E1" w:rsidP="009006E1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caso di riconoscimento dell’indennizzo, il/la sottoscritto/a chiede che lo stesso venga accreditato sul seguente conto corrente:</w:t>
      </w:r>
    </w:p>
    <w:p w14:paraId="69947E6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IBAN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</w:p>
    <w:p w14:paraId="00C2053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Intestato/cointestato a </w:t>
      </w:r>
      <w:r w:rsidRPr="00C941B0">
        <w:rPr>
          <w:rFonts w:cs="Arial"/>
          <w:sz w:val="20"/>
          <w:szCs w:val="20"/>
          <w:lang w:val="it-IT"/>
        </w:rPr>
        <w:t>___________________________________________</w:t>
      </w:r>
    </w:p>
    <w:p w14:paraId="2E4EF9FB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Codice fiscale del titolare del conto 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26D8D45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ALLEGATI OBBLIGATORI</w:t>
      </w:r>
    </w:p>
    <w:p w14:paraId="6757283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copia di un documento di riconoscimento in corso di validità;</w:t>
      </w:r>
    </w:p>
    <w:p w14:paraId="15AED249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documentazione fotografica comprovante i danni subiti;</w:t>
      </w:r>
    </w:p>
    <w:p w14:paraId="0ABFFD7C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026C3D71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0D7DBECB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2C0D21B4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p w14:paraId="0ED2CA77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lastRenderedPageBreak/>
        <w:t>INFORMATIVA SUL TRATTAMENTO DEI DATI PERSONALI</w:t>
      </w:r>
    </w:p>
    <w:p w14:paraId="47ADE310" w14:textId="77777777" w:rsidR="00E72F74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aver preso visione dell’informativa sul trattamento dei dati personali predisposta dal Comune ai sensi del Regolamento (UE) 2016/679 e della normativa nazionale vigente in materia di protezione dei dati personali.</w:t>
      </w:r>
    </w:p>
    <w:p w14:paraId="74ECC09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39A64524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sectPr w:rsidR="00E72F74" w:rsidRPr="00C941B0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C13242"/>
    <w:multiLevelType w:val="hybridMultilevel"/>
    <w:tmpl w:val="866686F0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4180"/>
    <w:rsid w:val="001D6E07"/>
    <w:rsid w:val="0029639D"/>
    <w:rsid w:val="00326F90"/>
    <w:rsid w:val="006D0E11"/>
    <w:rsid w:val="009006E1"/>
    <w:rsid w:val="00A1011C"/>
    <w:rsid w:val="00AA1D8D"/>
    <w:rsid w:val="00B43D92"/>
    <w:rsid w:val="00B47730"/>
    <w:rsid w:val="00C941B0"/>
    <w:rsid w:val="00CB0664"/>
    <w:rsid w:val="00D323C0"/>
    <w:rsid w:val="00E72F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CCCFB4"/>
  <w14:defaultImageDpi w14:val="300"/>
  <w15:docId w15:val="{BAD2C5CA-B77A-4DE4-96BB-1D70B6EE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Arial" w:eastAsia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semiHidden/>
    <w:unhideWhenUsed/>
    <w:rsid w:val="001D6E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973</Words>
  <Characters>5549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6509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SUE</cp:lastModifiedBy>
  <cp:revision>6</cp:revision>
  <dcterms:created xsi:type="dcterms:W3CDTF">2026-10-08T07:39:00Z</dcterms:created>
  <dcterms:modified xsi:type="dcterms:W3CDTF">2026-10-26T10:42:00Z</dcterms:modified>
  <cp:category/>
</cp:coreProperties>
</file>